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60"/>
      </w:pPr>
      <w:r>
        <w:rPr>
          <w:rFonts w:ascii="Microsoft JhengHei" w:hAnsi="Microsoft JhengHei" w:eastAsia="Microsoft JhengHei"/>
          <w:b/>
          <w:color w:val="0F1E36"/>
          <w:sz w:val="40"/>
        </w:rPr>
        <w:t>社團法人臺灣建築韌性協會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內政部全國性社會團體立案【申請書】暨【發起人名冊與連署書】法定表件全套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**申辦說明**：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本文件嚴格依據內政部合作及人民團體司訂定之《全國性社會團體立案作業規定》及標準書表格式編製。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包含四大部分：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1. **表一：全國性社會團體許可立案申請書**（送件主表）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2. **表二：發起人連署名冊（總表，法定 30 人、跨 7 縣市）**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3. **表三：個別發起人連署同意書暨身分證貼籤單（建築師／技師個別簽署專用）**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4. **表四：發起人代表推舉書**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表一：全國性社會團體申請立案許可書（正本）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受文者</w:t>
      </w:r>
      <w:r>
        <w:rPr>
          <w:rFonts w:ascii="Microsoft JhengHei" w:hAnsi="Microsoft JhengHei" w:eastAsia="Microsoft JhengHei"/>
          <w:sz w:val="21"/>
        </w:rPr>
        <w:t xml:space="preserve">：內政部（合作及人民團體司）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副　本</w:t>
      </w:r>
      <w:r>
        <w:rPr>
          <w:rFonts w:ascii="Microsoft JhengHei" w:hAnsi="Microsoft JhengHei" w:eastAsia="Microsoft JhengHei"/>
          <w:sz w:val="21"/>
        </w:rPr>
        <w:t xml:space="preserve">：內政部國土管理署、內政部警政署（目的事業主管機關）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主　旨</w:t>
      </w:r>
      <w:r>
        <w:rPr>
          <w:rFonts w:ascii="Microsoft JhengHei" w:hAnsi="Microsoft JhengHei" w:eastAsia="Microsoft JhengHei"/>
          <w:sz w:val="21"/>
        </w:rPr>
        <w:t>：為發起組織「臺灣建築韌性協會」，謹檢具發起人名冊、章程草案等相關表件，申請許可立案，請查照。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申請團體基本資料表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項目</w:t>
            </w:r>
          </w:p>
        </w:tc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填報內容</w:t>
            </w:r>
          </w:p>
        </w:tc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備註說明</w:t>
            </w:r>
          </w:p>
        </w:tc>
      </w:tr>
      <w:tr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團體名稱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臺灣建築韌性協會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*(依法完成法人登記後全銜：社團法人臺灣建築韌性協會)*</w:t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英文名稱：Taiwan Building Resilience Association (TWBR)</w:t>
            </w:r>
          </w:p>
        </w:tc>
      </w:tr>
      <w:tr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團體類別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全國性社會團體（專業技術及防災公共安全類）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依《人民團體法》辦理</w:t>
            </w:r>
          </w:p>
        </w:tc>
      </w:tr>
      <w:tr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組織區域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全國行政區域</w:t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—</w:t>
            </w:r>
          </w:p>
        </w:tc>
      </w:tr>
      <w:tr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會址預定地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臺南市（詳列完整門牌地址）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籌備處設於發起人代表聯絡處</w:t>
            </w:r>
          </w:p>
        </w:tc>
      </w:tr>
      <w:tr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宗旨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本會為依法設立、非以營利為目的之全國性公益社會團體，以</w:t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「推動建築物公共安全、附建防空避難設備實質查核、強化建築物平時因應強震、斷水斷電與極端天災之自主維生機能，與戰時防空防衛避難之平戰轉換能力，並著重落實建物受損倒塌後多向逃生出入口維持與防受困自救機制，健全臺灣全社會防衛韌性，守護國民生命財產安全」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為宗旨。</w:t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經依法審定</w:t>
            </w:r>
          </w:p>
        </w:tc>
      </w:tr>
      <w:tr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主要任務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一、接受中央及地方政府機關委託，辦理建築物公共安全檢查、建築物附建防空避難設備與防災避難室查核、簽證、抽查（複查）及清查建檔等相關業務。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二、申請並執行《建築法》第 77 條及《建築物公共安全檢查專業機構及人員認可要點》所定之專業檢查機構業務，督導所屬專業檢查人辦理防火避難設施類及設備安全類之查核簽證。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三、研訂並推行既有建築物「平戰雙軌維生防護」標準，輔導落實建物受損倒塌後之多向獨立逃生出入口維持、防變形卡死門禁及防受困自救設備之安全檢驗與整改。</w:t>
              <w:br/>
              <w:t>四、制定及推廣「TWBR 建築韌性分級認證標準」，辦理防空避難空間之防汛防淹阻絕、遮煙氣密、通風換氣、備援電力、緊急給排水、通訊強波及維生設備之檢測、評估與認證標章核發。</w:t>
              <w:br/>
              <w:t>五、推展建築物平時因應極端天災與戰時防空防衛之「平戰轉換」標準作業程序及自主防空防災演練指導。</w:t>
              <w:br/>
              <w:t>六、研發建築防空避難 AI 數位巡檢技術與智慧防空圖資應用。</w:t>
              <w:br/>
              <w:t>七、辦理建築韌性、防空避難設備管理維護、緊急救護及建築公共安全之專業人員教育講習。</w:t>
              <w:br/>
              <w:t>八、其他符合本會宗旨之公共服務事項。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包含向國土管理署取證之法定核心任務</w:t>
            </w:r>
          </w:p>
        </w:tc>
      </w:tr>
      <w:tr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發起人總人數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共 30 人（戶籍分佈達 7 個直轄市／縣市）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符合法定門檻</w:t>
            </w:r>
          </w:p>
        </w:tc>
      </w:tr>
      <w:tr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發起人代表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姓名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：＿＿＿＿＿＿＿＿（簽章）</w:t>
              <w:br/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聯絡電話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：＿＿＿＿＿＿＿＿</w:t>
              <w:br/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通訊地址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：＿＿＿＿＿＿＿＿</w:t>
              <w:br/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電子郵件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：＿＿＿＿＿＿＿＿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負責召集籌備會之代表</w:t>
            </w:r>
          </w:p>
        </w:tc>
      </w:tr>
    </w:tbl>
    <w:p/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檢附附件清單：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[x] 發起人名冊（含戶籍地跨 7 縣市檢核表）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[x] 全體發起人身分證正反面影本（建築師／技師附執照認可證影本）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[x] 章程草案（完整 29 條條文，詳見附件）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[x] 發起人代表推舉書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申請人（發起人代表全體）：＿＿＿＿＿＿＿＿＿＿＿＿（蓋章）</w:t>
      </w:r>
      <w:r>
        <w:rPr>
          <w:rFonts w:ascii="Microsoft JhengHei" w:hAnsi="Microsoft JhengHei" w:eastAsia="Microsoft JhengHei"/>
          <w:sz w:val="21"/>
        </w:rPr>
        <w:t xml:space="preserve">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中華民國　　　年　　　月　　　日</w:t>
      </w:r>
      <w:r>
        <w:rPr>
          <w:rFonts w:ascii="Microsoft JhengHei" w:hAnsi="Microsoft JhengHei" w:eastAsia="Microsoft JhengHei"/>
          <w:sz w:val="21"/>
        </w:rPr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表二：發起人名冊（連署總表）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⚠️ **法定填寫檢核標準**：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1. 發起人須年滿 **20 歲**之成年國民。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2. 戶籍地址須填寫**「身分證背面之完整戶籍地址」**（鄰、里均須填妥，不可填通訊地址）。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3. 30 位發起人之戶籍地，須分佈於**至少 7 個直轄市或縣市**（如下表分配規劃）。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4. 本名冊中標註【專業檢查人】者，須附內政部核發之「專業檢查人認可證」或建築師、技師執照影本，作為向國土署取證之關鍵要件。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發起人名冊（規劃示範與正式欄位）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編號</w:t>
            </w:r>
          </w:p>
        </w:tc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發起人姓名</w:t>
            </w:r>
          </w:p>
        </w:tc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性別</w:t>
            </w:r>
          </w:p>
        </w:tc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出生年月日</w:t>
            </w:r>
          </w:p>
        </w:tc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身分證統一編號</w:t>
            </w:r>
          </w:p>
        </w:tc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戶籍地址（須跨 7 縣市）</w:t>
            </w:r>
          </w:p>
        </w:tc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現職與專業資格（建築師/技師證號）</w:t>
            </w:r>
          </w:p>
        </w:tc>
        <w:tc>
          <w:tcPr>
            <w:tcW w:type="dxa" w:w="124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親筆簽名或蓋章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01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*(發起人代表)*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A123456789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臺北市中正區○○里○○路○號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○○科技(股)公司 負責人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02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*(建築師首席)*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B123456789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臺北市大安區○○里○○路○號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○○建築師事務所 主持建築師</w:t>
              <w:br/>
              <w:t>(建證字第○○號／安檢字第○○號)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03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*(建築師委員)*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C123456789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新北市板橋區○○里○○路○號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○○聯合建築師事務所 開業建築師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04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*(結構技師)*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D123456789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桃園市桃園區○○里○○路○號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○○結構技師事務所 結構技師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05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*(電機空調技師)*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E123456789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新竹市東區○○里○○路○號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○○電機技師事務所 (設備安全類檢查人)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06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*(消防設備師)*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F123456789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臺中市西屯區○○里○○路○號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○○消防安全設備師事務所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07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*(物管專家)*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G123456789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高雄市新興區○○里○○路○號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○○公寓大廈物業管理(股)公司 副總經理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08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*(土木技師)*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男/女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年 / 月 / 日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H123456789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台南市東區○○里○○路○號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○○土木工程顧問技師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09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臺北市○○區○○路○號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機電通風設備工程公司 負責人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10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臺北市○○區○○路○號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建築空間設計總監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11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新北市○○區○○路○號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智慧儲能系統科技公司 專案協理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12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新北市○○區○○路○號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公安防火門窗製造廠 總經理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13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新北市○○區○○路○號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社區管委會主任委員 / 房產顧問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14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桃園市○○區○○路○號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消防工程顧問公司 專案經理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15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桃園市○○區○○路○號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建築法規諮詢顧問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16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新竹縣竹北市○○路○號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科技廠房廠務設施 (EHS) 專家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17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新竹市○○區○○路○號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資訊軟體架構師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18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臺中市○○區○○路○號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防災物資供應鏈管理經理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19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臺中市○○區○○路○號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機電自動控制技士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20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臺中市○○區○○路○號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營造工程品管工程師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21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臺南市○○區○○路○號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民防防災應變教育講師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22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臺南市○○區○○路○號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防水止漏高壓灌注工程專家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23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高雄市○○區○○路○號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地下通訊強波設備系統工程師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24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高雄市○○區○○路○號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大樓物業管理維護經理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25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基隆市○○區○○路○號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建築測量與空間圖資工程師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26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宜蘭縣○○市○○路○號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結構安全防護技術研發人員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27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苗栗縣○○市○○路○號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能源管理與備援電力顧問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28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彰化縣○○市○○路○號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緊急醫療救護裝備經理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29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屏東縣○○市○○路○號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建築公共安全法務顧問</w:t>
            </w:r>
          </w:p>
        </w:tc>
        <w:tc>
          <w:tcPr>
            <w:tcW w:type="dxa" w:w="124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30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臺北市○○區○○路○號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科技平台營運長</w:t>
            </w:r>
          </w:p>
        </w:tc>
        <w:tc>
          <w:tcPr>
            <w:tcW w:type="dxa" w:w="124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</w:tbl>
    <w:p/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發起人縣市分佈檢核（至少 7 個直轄市／縣市）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[x] 臺北市（核計：＿＿人）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[x] 新北市（核計：＿＿人）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[x] 桃園市（核計：＿＿人）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[x] 新竹縣／市（核計：＿＿人）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[x] 臺中市（核計：＿＿人）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[x] 臺南市（核計：＿＿人）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[x] 高雄市（核計：＿＿人）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*(其他備選縣市：基隆市、宜蘭縣、苗栗縣、彰化縣、屏東縣)*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表三：個別發起人連署同意書暨身分證貼籤單（建築師／技師簽署專用）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**請將本頁單獨列印出紙本，交由合作之建築師、技師或發起人親筆簽名，並黏貼身分證正反面影本。**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發起人同意書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本人充分瞭解並認同</w:t>
      </w:r>
      <w:r>
        <w:rPr>
          <w:rFonts w:ascii="Microsoft JhengHei" w:hAnsi="Microsoft JhengHei" w:eastAsia="Microsoft JhengHei"/>
          <w:b/>
          <w:sz w:val="21"/>
        </w:rPr>
        <w:t>「臺灣建築韌性協會」</w:t>
      </w:r>
      <w:r>
        <w:rPr>
          <w:rFonts w:ascii="Microsoft JhengHei" w:hAnsi="Microsoft JhengHei" w:eastAsia="Microsoft JhengHei"/>
          <w:sz w:val="21"/>
        </w:rPr>
        <w:t>推動建築物公共安全、附建防空避難設備實質查核、平戰轉換與韌性分級認證之立案宗旨與任務，茲同意擔任該會之</w:t>
      </w:r>
      <w:r>
        <w:rPr>
          <w:rFonts w:ascii="Microsoft JhengHei" w:hAnsi="Microsoft JhengHei" w:eastAsia="Microsoft JhengHei"/>
          <w:b/>
          <w:sz w:val="21"/>
        </w:rPr>
        <w:t>共同發起人</w:t>
      </w:r>
      <w:r>
        <w:rPr>
          <w:rFonts w:ascii="Microsoft JhengHei" w:hAnsi="Microsoft JhengHei" w:eastAsia="Microsoft JhengHei"/>
          <w:sz w:val="21"/>
        </w:rPr>
        <w:t>，並授權籌備委員會全權向內政部及相關主管機關辦理立案申請、召開籌備會議等相關法定程序。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發起人基本資料填寫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姓　　名</w:t>
      </w:r>
      <w:r>
        <w:rPr>
          <w:rFonts w:ascii="Microsoft JhengHei" w:hAnsi="Microsoft JhengHei" w:eastAsia="Microsoft JhengHei"/>
          <w:sz w:val="21"/>
        </w:rPr>
        <w:t>：＿＿＿＿＿＿＿＿＿＿＿＿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出生年月日</w:t>
      </w:r>
      <w:r>
        <w:rPr>
          <w:rFonts w:ascii="Microsoft JhengHei" w:hAnsi="Microsoft JhengHei" w:eastAsia="Microsoft JhengHei"/>
          <w:sz w:val="21"/>
        </w:rPr>
        <w:t>：民國　　　年　　　月　　　日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身分證字號</w:t>
      </w:r>
      <w:r>
        <w:rPr>
          <w:rFonts w:ascii="Microsoft JhengHei" w:hAnsi="Microsoft JhengHei" w:eastAsia="Microsoft JhengHei"/>
          <w:sz w:val="21"/>
        </w:rPr>
        <w:t>：＿＿＿＿＿＿＿＿＿＿＿＿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戶籍地址（須與身分證一致）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＿＿＿縣／市＿＿＿區／市／鎮／鄉＿＿＿里／村＿＿＿鄰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＿＿＿路／街＿＿＿段＿＿＿巷＿＿＿弄＿＿＿號＿＿＿樓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通訊地址</w:t>
      </w:r>
      <w:r>
        <w:rPr>
          <w:rFonts w:ascii="Microsoft JhengHei" w:hAnsi="Microsoft JhengHei" w:eastAsia="Microsoft JhengHei"/>
          <w:sz w:val="21"/>
        </w:rPr>
        <w:t>：＿＿＿＿＿＿＿＿＿＿＿＿＿＿＿＿＿＿＿＿＿＿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聯絡電話／手機</w:t>
      </w:r>
      <w:r>
        <w:rPr>
          <w:rFonts w:ascii="Microsoft JhengHei" w:hAnsi="Microsoft JhengHei" w:eastAsia="Microsoft JhengHei"/>
          <w:sz w:val="21"/>
        </w:rPr>
        <w:t>：＿＿＿＿＿＿＿＿＿＿＿＿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電子郵件</w:t>
      </w:r>
      <w:r>
        <w:rPr>
          <w:rFonts w:ascii="Microsoft JhengHei" w:hAnsi="Microsoft JhengHei" w:eastAsia="Microsoft JhengHei"/>
          <w:sz w:val="21"/>
        </w:rPr>
        <w:t>：＿＿＿＿＿＿＿＿＿＿＿＿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服務單位與職稱</w:t>
      </w:r>
      <w:r>
        <w:rPr>
          <w:rFonts w:ascii="Microsoft JhengHei" w:hAnsi="Microsoft JhengHei" w:eastAsia="Microsoft JhengHei"/>
          <w:sz w:val="21"/>
        </w:rPr>
        <w:t>：＿＿＿＿＿＿＿＿＿＿＿＿＿＿＿＿＿＿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專業證照別（無則免填）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□ 開業建築師（證書字號：＿＿＿＿＿＿＿＿＿＿＿＿）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□ 建築物公共安全檢查專業檢查人（認可證字號：＿＿＿＿＿＿＿＿＿＿＿＿）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□ 結構技師／土木技師／電機技師／空調技師（技師證號：＿＿＿＿＿＿＿＿＿＿＿＿）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□ 消防設備師／士（證書字號：＿＿＿＿＿＿＿＿＿＿＿＿）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身分證明文件黏貼處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4968"/>
        <w:gridCol w:w="4968"/>
      </w:tblGrid>
      <w:tr>
        <w:tc>
          <w:tcPr>
            <w:tcW w:type="dxa" w:w="4968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身分證【正面】影本黏貼處</w:t>
            </w:r>
          </w:p>
        </w:tc>
        <w:tc>
          <w:tcPr>
            <w:tcW w:type="dxa" w:w="4968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身分證【反面】影本黏貼處</w:t>
            </w:r>
          </w:p>
        </w:tc>
      </w:tr>
      <w:tr>
        <w:tc>
          <w:tcPr>
            <w:tcW w:type="dxa" w:w="4968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br/>
              <w:t>（請將國民身分證正面影本實貼於此）</w:t>
              <w:br/>
              <w:br/>
              <w:br/>
            </w:r>
          </w:p>
        </w:tc>
        <w:tc>
          <w:tcPr>
            <w:tcW w:type="dxa" w:w="4968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br/>
              <w:t>（請將國民身分證反面影本實貼於此，須清晰可辨識戶籍地）</w:t>
              <w:br/>
              <w:br/>
              <w:br/>
            </w:r>
          </w:p>
        </w:tc>
      </w:tr>
    </w:tbl>
    <w:p/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*(若具建築師／技師／專業檢查人資格，請加附執照影本一份裝訂於後)*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立同意書人（親筆簽名及蓋章）：＿＿＿＿＿＿＿＿＿＿＿＿＿＿</w:t>
      </w:r>
      <w:r>
        <w:rPr>
          <w:rFonts w:ascii="Microsoft JhengHei" w:hAnsi="Microsoft JhengHei" w:eastAsia="Microsoft JhengHei"/>
          <w:sz w:val="21"/>
        </w:rPr>
        <w:t xml:space="preserve">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中華民國　　　年　　　月　　　日</w:t>
      </w:r>
      <w:r>
        <w:rPr>
          <w:rFonts w:ascii="Microsoft JhengHei" w:hAnsi="Microsoft JhengHei" w:eastAsia="Microsoft JhengHei"/>
          <w:sz w:val="21"/>
        </w:rPr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表四：發起人代表推舉書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為申請組織「臺灣建築韌性協會」，全體發起人同意推舉下列發起人為</w:t>
      </w:r>
      <w:r>
        <w:rPr>
          <w:rFonts w:ascii="Microsoft JhengHei" w:hAnsi="Microsoft JhengHei" w:eastAsia="Microsoft JhengHei"/>
          <w:b/>
          <w:sz w:val="21"/>
        </w:rPr>
        <w:t>發起人代表</w:t>
      </w:r>
      <w:r>
        <w:rPr>
          <w:rFonts w:ascii="Microsoft JhengHei" w:hAnsi="Microsoft JhengHei" w:eastAsia="Microsoft JhengHei"/>
          <w:sz w:val="21"/>
        </w:rPr>
        <w:t>，代表全體發起人向內政部申請立案許可，並負責籌組籌備委員會及辦理後續各項法定登記事宜。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被推舉之發起人代表姓名</w:t>
      </w:r>
      <w:r>
        <w:rPr>
          <w:rFonts w:ascii="Microsoft JhengHei" w:hAnsi="Microsoft JhengHei" w:eastAsia="Microsoft JhengHei"/>
          <w:sz w:val="21"/>
        </w:rPr>
        <w:t>：＿＿＿＿＿＿＿＿＿＿＿＿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身分證統一編號</w:t>
      </w:r>
      <w:r>
        <w:rPr>
          <w:rFonts w:ascii="Microsoft JhengHei" w:hAnsi="Microsoft JhengHei" w:eastAsia="Microsoft JhengHei"/>
          <w:sz w:val="21"/>
        </w:rPr>
        <w:t>：＿＿＿＿＿＿＿＿＿＿＿＿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戶籍地址</w:t>
      </w:r>
      <w:r>
        <w:rPr>
          <w:rFonts w:ascii="Microsoft JhengHei" w:hAnsi="Microsoft JhengHei" w:eastAsia="Microsoft JhengHei"/>
          <w:sz w:val="21"/>
        </w:rPr>
        <w:t>：＿＿＿＿＿＿＿＿＿＿＿＿＿＿＿＿＿＿＿＿＿＿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聯絡電話</w:t>
      </w:r>
      <w:r>
        <w:rPr>
          <w:rFonts w:ascii="Microsoft JhengHei" w:hAnsi="Microsoft JhengHei" w:eastAsia="Microsoft JhengHei"/>
          <w:sz w:val="21"/>
        </w:rPr>
        <w:t>：＿＿＿＿＿＿＿＿＿＿＿＿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全體發起人簽章確認</w:t>
      </w:r>
      <w:r>
        <w:rPr>
          <w:rFonts w:ascii="Microsoft JhengHei" w:hAnsi="Microsoft JhengHei" w:eastAsia="Microsoft JhengHei"/>
          <w:sz w:val="21"/>
        </w:rPr>
        <w:t>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編號</w:t>
            </w:r>
          </w:p>
        </w:tc>
        <w:tc>
          <w:tcPr>
            <w:tcW w:type="dxa" w:w="1656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發起人姓名</w:t>
            </w:r>
          </w:p>
        </w:tc>
        <w:tc>
          <w:tcPr>
            <w:tcW w:type="dxa" w:w="1656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簽名或蓋章</w:t>
            </w:r>
          </w:p>
        </w:tc>
        <w:tc>
          <w:tcPr>
            <w:tcW w:type="dxa" w:w="1656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編號</w:t>
            </w:r>
          </w:p>
        </w:tc>
        <w:tc>
          <w:tcPr>
            <w:tcW w:type="dxa" w:w="1656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發起人姓名</w:t>
            </w:r>
          </w:p>
        </w:tc>
        <w:tc>
          <w:tcPr>
            <w:tcW w:type="dxa" w:w="1656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簽名或蓋章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16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17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3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18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4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19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5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20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6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21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7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22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8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23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9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24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10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25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11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26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12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27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13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28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14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29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  <w:tr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15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30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  <w:tc>
          <w:tcPr>
            <w:tcW w:type="dxa" w:w="165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＿＿＿＿＿＿</w:t>
            </w:r>
          </w:p>
        </w:tc>
      </w:tr>
    </w:tbl>
    <w:p/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中華民國　　　年　　　月　　　日</w:t>
      </w:r>
      <w:r>
        <w:rPr>
          <w:rFonts w:ascii="Microsoft JhengHei" w:hAnsi="Microsoft JhengHei" w:eastAsia="Microsoft JhengHei"/>
          <w:sz w:val="21"/>
        </w:rPr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